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– פעילויות מיוחדות וקישוט קיר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 ומסע העליות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הרקע ההיסטורי והמשמעות של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ומנהגים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העלייה ואת הדילמות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החג לזהות אישית וקהילתית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רקע היסטורי: הכמיהה לירושלים ועזרא ונחמיה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חידוש הברית וקריאת התורה לפני העם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רקע היסטורי: הכמיהה לירושלים ועזרא ונחמיה – נכון או לא נכון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הוא מורשת יהודי אתיופיה וקשור לגעגוע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ההתכנסות על ההר והתפילה לכיוון ירושלים הם מרכיב מרכזי בחג.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רקע היסטורי: הכמיהה לירושלים ועזרא ונחמיה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געגוע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רקע היסטורי: הכמיהה לירושלים ועזרא ונחמיה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(קרא בתורה לפני כל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(הנהיג את בניית חומות 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ההתכנסות והתפילה המשותפת)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(געגוע עמוק לירושלים)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מנהגי החג וארבעת שלבי הסיגד – היכרות עם מנהגי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חמישה חומשי תורה בגעז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לחם דאבו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געגוע לירושלים וחידוש הברית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מנהגי החג וארבעת שלבי הסיגד –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להתפלל, להתוודות ולהתקרב לה׳ לפני שממשיכים לחגוג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קסים – מנהיגים דתיים; אוריתא – כתבי הקודש בגעז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דומה: צום ותפילה וחשבון נפש. שונה: בסיגד יש עלייה להר, קריאה באוריתא וסעודה חגיגית בסיום, ויום הכיפורים נחגג בבית הכנסת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 הכוללת ביטוי אישי של געגוע או תקווה, בהתאם לרוח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אוצר מילים וסמלי המורשת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(השתחוויה - משמעות המילה בשפת הגעז)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(מנהיג רוחני בקהילה היהודית האתיופית)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(לחם חגיגי שאוכלים יחד ביום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(חידוש ההתקשרות עם התורה ועם 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(שמה של התורה בשפת הגעז)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אוצר מילים וסמלי המורשת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אכן, החג נחגג כחמישים יום לאחר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דאבו הוא לחם חגיגי שאוכלים בטקס, לא ריקוד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הקס מוביל את הטקסים ואת קריאת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העלייה להר היא מרכז הטקס וממנה שואב החג את שמו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 המילים חולקות שורש ומשמעות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הברית בחג מתייחסת לחידוש הקשר עם התורה ועם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אוצר מילים וסמלי המורשת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אפשר לציין שיתוף, אחדות הקהילה, סעודה משותפת אחרי הצום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הקס מוביל את הטקס, קורא מהאורית ומייצג את המסורת הרוחנית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החג מבטא חידוש ההתקשרות עם התורה ועם ירושלים, כמו ברית מתחדשת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 לפי בחירת הסמל, עם הסבר קצר ומדויק על משמעותו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מסע העליות: סיבות, קשיים ובחירות – הכרת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לבחור מה לקחת ומה להשאיר במסע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מיון סיבות למסע (דוחף ומושך)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דוחפות לעזוב את המקום הישן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מסע העליות: סיבות, קשיים ובחירות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יום בשבוע העליות מסומן בתחנה ובחותמת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המשקל מוגבל ל-10 ק"ג, ולכן צריך לבחור מה הכי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מסע העליות: סיבות, קשיים ובחירות – יישום: דוחף ומושך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דוחף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מסע העליות: סיבות, קשיים ובחירות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(גורם דוחף)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(גורם מושך)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(גורם דוחף)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(גורם מושך)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השוואת מנהגים וזהות קהילתית – היכרות עם המנהגים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שחג השבועות חל חמישים יום אחרי פסח, כך הסיגד חל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גם בסיגד יש צום ותפילה לפני עליית ההר ולאחריה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המשמעות המרכזית של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בסיגד הקהילה עולה דווקא אל ראש ההר כסמל להתקרבות ולחידוש הברית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השוואת מנהגים וזהות קהילתית – השוואה בין החגים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חידוש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יהודי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השוואת מנהגים וזהות קהילתית – כור היתוך או פסיפס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הטקסים מבטאים התקרבות אל האלוקים וחידוש ברית, דרך עלייה פיזית לקראת חוויה רוחנית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הנתמכת בנימוק הקשור לזהות קהילתית ולשייכות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כור היתוך - מיזוג כל התרבויות לזהות אחידה; פסיפס - כל קהילה שומרת על ייחודה בתוך תמונה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פתוחה, כל מנהג אותנטי ומדויק מתקבל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חדר בריחה וסיכום: המסע אל הברית – תחנה ראשונה: היכרות עם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אל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חדר בריחה וסיכום: המסע אל הברית – תחנה שנייה ושלישית: מבנה החג ומשמעותו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סעודה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דאבו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חדר בריחה וסיכום: המסע אל הברית – תחנה רביעית: חיבור בין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הצום והתפילה קודמים לירידה ולסעודה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החג מבוסס על רעיון חידוש הברית כמו בסיפור עזרא ונחמיה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לאחר הטקס יורדים לסעודה חגיגית ושוברים את הצום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כמיהה לירושלים וחידוש 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מילים כמו דאבו, קס, סיגד, ברית נחשבות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דוחף – קושי שגרם לעזוב, מושך – סיבה להגיע למקום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שבוע שלם, פרק ליום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עם עולים כדאי להציע גרסה עם ניקוד לפרקים הראשונים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דיון בנושא כור היתוך מול פסיפס מתאים לעבודה בקבוצות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חדר הבריחה מתאים כסיכום בסוף החוברת, בקבוצות של שלושה עד ארבעה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– פעילויות מיוחדות וקישוט קיר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 ומסע העליות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תעברו פרק אחר פרק על חג הסיגד ומסע העליות. אפשר לעבוד לבד או בזוגות, ולבדוק את עצמכם בסוף כל פרק.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רקע היסטורי: הכמיהה לירושלים ועזרא ונחמיה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משמעות המילה "סיגד" בשפת הגעז?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תפילת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עזרא ונחמיה, שחג הסיגד שואב מהם השראה, עסקו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בניית בית המקדש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חידוש הברית וקריאת התורה לפני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מלחמה באימפריה הפרסית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ספר תהלים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רקע היסטורי: הכמיהה לירושלים ועזרא ונחמיה – נכון או לא נכון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נחוג על ידי יהודי 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מתכנסים על הר ופונים בתפילה לכיוון 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רקע היסטורי: הכמיהה לירושלים ועזרא ונחמיה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50 יום לאחר יום הכיפורים, בכ"ט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בחג הסיגד מבטאים יהודי אתיופיה את ה__________ העמוק שלהם לירושלים.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רקע היסטורי: הכמיהה לירושלים ועזרא ונחמיה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עזרא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הנהיג את בניית חומות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נחמיה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געגוע עמוק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ההר ביום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קרא בתורה לפני כל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כיסופים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ההתכנסות והתפילה המשותפת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מנהגי החג וארבעת שלבי הסיגד – היכרות עם מנהגי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מאה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מוביל את טקס הסיגד בראש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חיילי צה״ל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האוריתא שקוראים בה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 חומשי תורה בגעז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ילדים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כיסופים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לוח של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לחם חגיגי אוכלים בסיום הצום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 דאבו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לחם פיתה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חלה 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לחם אחיד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המרכזית שמבטא מכתב הכיסופים בפעילויות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געגוע לירושלים וחידוש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בקשת חופשה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מתכון לדאבו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 למסיבה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מנהגי החג וארבעת שלבי הסיגד –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למה עולים אל ראש ההר בצום.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מילים מהחג שמופיעות בתפזורת או במשחק הזיכרון באתר, ופרשו כל אחת מהן.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השוו בקצרה בין חג הסיגד ליום הכיפורים: מה דומה ומה שונה באופן החגיגה?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דמיינו שאתם כותבים מכתב כיסופים לירושלים. כתבו שתי שורות קצרות שמביעות געגוע.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אוצר מילים וסמלי המורשת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שמה של התורה בשפת הגעז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לחם חגיגי שאוכלים יחד ביום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דאבו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חידוש ההתקשרות עם התורה ועם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 רוחני בקהילה היהודית האתיופית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השתחוויה - משמעות המילה בשפת הגעז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אוצר מילים וסמלי המורשת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חמישים יום אחרי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דאבו הוא שמו של ריקוד מסורתי בחג הסיגד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 ממלא תפקיד דומה למנהיג דתי בקהילה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לעלות אל ראש הר ולקרוא מן התורה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סיגד קשורה במשמעותה למילה העברית סגידה-השתחוויה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ברית בחג הסיגד מתייחסת רק להסכם בין משפחות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אוצר מילים וסמלי המורשת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מדוע לדעתכם אוכלים דאבו יחד בחג הסיגד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תפקידו של הקס בקהילה, ומדוע הוא חשוב בטקס העלייה להר?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מהי לדעתכם הזיקה בין המילה ברית לבין חג הסיגד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סמל אחד מאלבום הסמלים (למשל ההר, האורית או הדאבו) והסבירו מה הוא מייצג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מסע העליות: סיבות, קשיים ובחירות – הכרת הפעילויות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בפעילות "מזוודה של 10 ק"ג" התלמידים מתבקשים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לארוז מזוודה אמיתית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מה לקחת ומה להשאיר במסע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ציור של 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לשקול חפצים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הפעילות "למה עוזבים? למה באים?" עוסקת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מיון סיבות למסע (דוחף ומושך)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בניית פסיפס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סידור ציר זמן של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מילים והתאמה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גורמי "דוחף" הם סיבות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מושכות לארץ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דוחפות לעזוב את המקום הישן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קשורות לדרכון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קשורות לפסיפס הכיתתי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מסע העליות: סיבות, קשיים ובחירות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בדרכון השבוע יש חמש תחנות וחמש חותמות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במזוודה של 10 ק"ג אפשר לקחת כל מה שרוצים בלי הגבלה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מסע העליות: סיבות, קשיים ובחירות – יישום: דוחף ומושך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גורמים כמו קושי כלכלי או רדיפה במקום המוצא נקראים גורמי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גורמים כמו געגוע לירושלים או איחוד משפחות הנקראים לעבר ארץ ישראל נקראים גורמי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מסע העליות: סיבות, קשיים ובחירות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קושי כלכלי במקום המוצא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גורם דוחף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געגוע לירושלים וכמיהה דתית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גורם מושך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רדיפה וסכנה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גורם דוחף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איחוד עם בני משפחה בארץ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גורם מושך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השוואת מנהגים וזהות קהילתית – היכרות עם המנהגים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כחמישים יום אחרי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הכיפורים נהוג לצום ולהתפלל על סליחה וחידוש, כמו בסיגד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השבועות מציין את מתן התורה בהר סיני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הקהילה יורדת מההר בתחילת הטקס ולא עולה אליו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השוואת מנהגים וזהות קהילתית – השוואה בין החגים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בסיגד הקהילה עולה אל ראש ה__________ כדי לחדש את הברית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ביום הכיפורים, כמו בסיגד, יש __________ ותפילה על סליחה וחידוש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בשבועות מציינים את מתן ה__________ בהר סיני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שלושת החגים - סיגד, יום כיפור ושבועות - משותפים ברעיון של __________ עם המסורת והעבר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בניגוד לשבועות וליום כיפור שמוזכרים במקורות קדומים, חג הסיגד התפתח כמנהג ייחודי של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השוואת מנהגים וזהות קהילתית – כור היתוך או פסיפס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משותף בין עליית ההר בסיגד לבין עליית משה להר סיני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האם כדאי שכל בית ספר בישראל יציין את חג הסיגד כחג משותף לכלל התלמידים?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בקצרה את ההבדל בין הרעיון של כור היתוך לבין הרעיון של פסיפס בחברה הישראלית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תנו דוגמה אחת למנהג של עדה בישראל שאתם מכירים ותארו אותו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חדר בריחה וסיכום: המסע אל הברית – תחנה ראשונה: היכרות עם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חג הסיגד חל כמה ימים אחרי יום הכיפורים?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חג הסיגד הוא חג של איזו 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אל איזה מקום עולה הקהילה ביום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המדבר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 הנהר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מוביל את הטקס הדתי בראש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נביאים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חדר בריחה וסיכום: המסע אל הברית – תחנה שנייה ושלישית: מבנה החג ומשמעותו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מבטא געגוע וכיסופים אל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הטקס בראש ההר, הקהילה יורדת ל__________ ושוברת את הצום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הלחם המסורתי שאוכלים בסעודת החג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הטקס בראש ההר מבטא חידוש ה__________ עם האלוקים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חדר בריחה וסיכום: המסע אל הברית – תחנה רביעית: חיבור בין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בראש ההר הקהילה צמה ומתפללת לפני הסעודה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קשור לסיפורם של עזרא ונחמיה על חידוש הברית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הטקס בהר הקהילה ממשיכה לצום עוד יום שלם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במשפט אחד למה חוגגים את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מכיר/ה לפחות שלוש מילים הקשורות לחג?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מבין/ה הבדל בין דוחף למושך במסע עלייה?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 ומסע העליות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