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והמשמעות של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ומנהגים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העלייה ואת הדילמות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החג לזהות אישית וקהילתית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רקע היסטורי: הכמיהה לירושלים ועזרא ונחמיה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חידוש הברית וקריאת התורה לפני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רקע היסטורי: הכמיהה לירושלים ועזרא ונחמיה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הוא מורשת יהודי אתיופיה וקשור לגעגוע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ההתכנסות על ההר והתפילה לכיוון ירושלים הם מרכיב מרכזי בחג.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רקע היסטורי: הכמיהה לירושלים ועזרא ונחמיה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רקע היסטורי: הכמיהה לירושלים ועזרא ונחמיה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(קרא בתורה לפני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(הנהיג את בניית חומות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ההתכנסות והתפילה המשותפת)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(געגוע עמוק לירושלים)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מנהגי החג וארבעת שלבי הסיגד – היכרות עם מנהגי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חמישה חומשי תורה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מנהגי החג וארבעת שלבי הסיגד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להתפלל, להתוודות ולהתקרב לה׳ לפני שממשיכים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קסים – מנהיגים דתיים; אוריתא – כתבי הקודש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אוצר מילים וסמלי המורשת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(השתחוויה - משמעות המילה בשפת הגעז)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(מנהיג רוחני בקהילה היהודית האתיופית)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(לחם חגיגי שאוכלים יחד ביום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(חידוש ההתקשרות עם התורה ועם 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אוצר מילים וסמלי המורשת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אכן, החג נחגג כחמישים יום לאחר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דאבו הוא לחם חגיגי שאוכלים בטקס, לא 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הקס מוביל את הטקסים ואת קריאת האורית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אוצר מילים וסמלי המורשת – כתיבה והבנה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מסע העליות: סיבות, קשיים ובחירות – הכרת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לבחור מה לקחת ומה להשאיר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מיון סיבות למסע (דוחף ומושך)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מסע העליות: סיבות, קשיים ובחירות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יום בשבוע העליות מסומן בתחנה ובחותמת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המשקל מוגבל ל-10 ק"ג, ולכן צריך לבחור מה הכי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 העליות: סיבות, קשיים ובחירות – יישום: דוחף ומושך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 העליות: סיבות, קשיים ובחירות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(גורם דוחף)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(גורם מושך)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(גורם דוחף)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(גורם מושך)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השוואת מנהגים וזהות קהילתית – היכרות עם המנהגים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שחג השבועות חל חמישים יום אחרי פסח, כך הסיגד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בסיגד יש צום ותפילה לפני עליית ההר ולאחריה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השוואת מנהגים וזהות קהילתית – השוואה בין 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השוואת מנהגים וזהות קהילתית – כור היתוך או פסיפס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הטקסים מבטאים התקרבות אל האלוקים וחידוש ברית, דרך עלייה פיזית לקראת חוויה רוחנית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כל מנהג אותנטי ומדויק מתקבל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חדר בריחה וסיכום: המסע אל הברית – תחנה ראשונה: היכרות עם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אל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חדר בריחה וסיכום: המסע אל הברית – תחנה שנייה ושלישית: מבנה החג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סעודה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חדר בריחה וסיכום: המסע אל הברית – תחנה רביעית: חיבור בין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הצום והתפילה קודמים לירידה ולסעודה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 מבוסס על רעיון חידוש הברית כמו בסיפור עזרא ונחמיה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כמיהה לירושלים וחידוש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דאבו, קס, סיגד, ברית נחשבות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דוחף – קושי שגרם לעזוב, מושך – סיבה להגיע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שבוע שלם, פרק ליום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עם עולים כדאי להציע גרסה עם ניקוד לפרקים הראשונים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דיון בנושא כור היתוך מול פסיפס מתאים לעבודה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חדר הבריחה מתאים כסיכום בסוף החוברת, בקבוצות של שלושה עד ארבעה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תעברו פרק אחר פרק על חג הסיגד ומסע העליות. אפשר לעבוד לבד או בזוגות, ולבדוק את עצמכם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  ·  חשוון  ·  צום  ·  סעודה  ·  דוחף  ·  געגוע  ·  מושך  ·  ירושלים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רקע היסטורי: הכמיהה לירושלים ועזרא ונחמיה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משמעות המילה "סיגד" בשפת הגעז?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תפילת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השתחוויה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עזרא ונחמיה, שחג הסיגד שואב מהם השראה, עסקו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בניית בית המקדש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חידוש הברית וקריאת התורה לפני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מלחמה באימפריה הפרסית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רקע היסטורי: הכמיהה לירושלים ועזרא ונחמיה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נחוג על ידי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מתכנסים על הר ופונים בתפילה לכיוון 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רקע היסטורי: הכמיהה לירושלים ועזרא ונחמיה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חל 50 יום לאחר יום הכיפורים, בכ"ט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בחג הסיגד מבטאים יהודי אתיופיה את ה__________ העמוק שלהם לירושלים.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רקע היסטורי: הכמיהה לירושלים ועזרא ונחמיה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עזרא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ההתכנסות והתפילה המשותפת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נחמיה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געגוע עמוק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ההר ביום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הנהיג את בניית חומות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קרא בתורה לפני כל העם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מנהגי החג וארבעת שלבי הסיגד – היכרות עם 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עשרים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מוביל את טקס הסיגד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האוריתא שקוראים בה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חמישה חומשי תורה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ילדים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 כיסופים לירושלים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מנהגי החג וארבעת שלבי הסיגד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למה עולים אל ראש ההר בצום.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שתי מילים מהחג שמופיעות בתפזורת או במשחק הזיכרון באתר, ופרשו כל אחת מהן.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אוצר מילים וסמלי המורשת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מנהיג רוחני בקהילה היהודית האתיופית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חידוש ההתקשרות עם התורה ועם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השתחוויה - משמעות המילה בשפת הגעז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לחם חגיגי שאוכלים יחד ביום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אוצר מילים וסמלי המורשת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חמישים יום אחרי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דאבו הוא שמו של ריקוד מסורתי בחג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 ממלא תפקיד דומה למנהיג דתי בקהילה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אוצר מילים וסמלי המורשת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מסע העליות: סיבות, קשיים ובחירות – הכרת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בפעילות "מזוודה של 10 ק"ג" התלמידים מתבקשים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לארוז מזוודה אמיתית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לבחור מה לקחת ומה להשאיר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ציור של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הפעילות "למה עוזבים? למה באים?" עוסקת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מיון סיבות למסע (דוחף ומושך)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בניית פסיפס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סידור ציר זמן של הסיגד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מסע העליות: סיבות, קשיים ובחירות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בדרכון השבוע יש חמש תחנות וחמש חותמות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במזוודה של 10 ק"ג אפשר לקחת כל מה שרוצים בלי הגבלה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מסע העליות: סיבות, קשיים ובחירות – יישום: דוחף ומושך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גורמים כמו קושי כלכלי או רדיפה במקום המוצא נקראים גורמי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גורמים כמו געגוע לירושלים או איחוד משפחות הנקראים לעבר ארץ ישראל נקראים גורמי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מסע העליות: סיבות, קשיים ובחירות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קושי כלכלי במקום המוצא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גורם דוחף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געגוע לירושלים וכמיהה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גורם מושך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רדיפה וסכנה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גורם מושך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איחוד עם בני משפחה בארץ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גורם דוחף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השוואת מנהגים וזהות קהילתית – היכרות עם המנהגים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חל כחמישים יום אחרי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הכיפורים נהוג לצום ולהתפלל על סליחה וחידוש, כמו בסיגד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השוואת מנהגים וזהות קהילתית – השוואה בין החגים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בסיגד הקהילה עולה אל ראש ה__________ כדי לחדש את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ביום הכיפורים, כמו בסיגד, יש __________ ותפילה על סליחה וחידוש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השוואת מנהגים וזהות קהילתית – כור היתוך או פסיפס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משותף בין עליית ההר בסיגד לבין עליית משה להר סיני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תנו דוגמה אחת למנהג של עדה בישראל שאתם מכירים ותארו אותו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חדר בריחה וסיכום: המסע אל הברית – תחנה ראשונה: היכרות עם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חג הסיגד חל כמה ימים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חג הסיגד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אל איזה מקום עולה הקהילה ביום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 המדבר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חדר בריחה וסיכום: המסע אל הברית – תחנה שנייה ושלישית: מבנה החג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מבטא געגוע וכיסופים אל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הטקס בראש ההר, הקהילה יורדת ל__________ ושוברת את הצום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חדר בריחה וסיכום: המסע אל הברית – תחנה רביעית: חיבור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בראש ההר הקהילה צמה ומתפללת לפני הסעודה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קשור לסיפורם של עזרא ונחמיה על חידוש הברית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במשפט אחד למה חוגגים את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מכיר/ה לפחות שלוש מילים הקשורות לחג?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 ומסע העליות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